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2942" w14:textId="0DC08B20" w:rsidR="00D4338F" w:rsidRPr="000B4E2A" w:rsidRDefault="00E85F4A" w:rsidP="00E85F4A">
      <w:pPr>
        <w:pStyle w:val="Kop1"/>
        <w:ind w:left="5040"/>
        <w:rPr>
          <w:color w:val="1F497D" w:themeColor="text2"/>
        </w:rPr>
      </w:pPr>
      <w:r w:rsidRPr="000B4E2A">
        <w:rPr>
          <w:noProof/>
          <w:color w:val="1F497D" w:themeColor="text2"/>
        </w:rPr>
        <w:drawing>
          <wp:anchor distT="0" distB="0" distL="114300" distR="114300" simplePos="0" relativeHeight="251650560" behindDoc="1" locked="0" layoutInCell="1" allowOverlap="1" wp14:anchorId="17C9095C" wp14:editId="2081C195">
            <wp:simplePos x="0" y="0"/>
            <wp:positionH relativeFrom="column">
              <wp:posOffset>-90805</wp:posOffset>
            </wp:positionH>
            <wp:positionV relativeFrom="paragraph">
              <wp:posOffset>-662940</wp:posOffset>
            </wp:positionV>
            <wp:extent cx="2263140" cy="1236083"/>
            <wp:effectExtent l="0" t="0" r="3810" b="2540"/>
            <wp:wrapNone/>
            <wp:docPr id="207746452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64525" name="Afbeelding 20774645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236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B4E2A">
        <w:rPr>
          <w:color w:val="1F497D" w:themeColor="text2"/>
        </w:rPr>
        <w:t>Thuismetingen</w:t>
      </w:r>
      <w:proofErr w:type="spellEnd"/>
      <w:r w:rsidRPr="000B4E2A">
        <w:rPr>
          <w:color w:val="1F497D" w:themeColor="text2"/>
        </w:rPr>
        <w:t xml:space="preserve"> </w:t>
      </w:r>
      <w:proofErr w:type="spellStart"/>
      <w:r w:rsidRPr="000B4E2A">
        <w:rPr>
          <w:color w:val="1F497D" w:themeColor="text2"/>
        </w:rPr>
        <w:t>Bloeddruk</w:t>
      </w:r>
      <w:proofErr w:type="spellEnd"/>
      <w:r w:rsidRPr="000B4E2A">
        <w:rPr>
          <w:color w:val="1F497D" w:themeColor="text2"/>
        </w:rPr>
        <w:t xml:space="preserve"> </w:t>
      </w:r>
    </w:p>
    <w:p w14:paraId="12FEE3EB" w14:textId="3D321022" w:rsidR="00856AFF" w:rsidRPr="00E85F4A" w:rsidRDefault="003B6766" w:rsidP="00856AFF">
      <w:pPr>
        <w:rPr>
          <w:color w:val="365F91" w:themeColor="accent1" w:themeShade="BF"/>
        </w:rPr>
      </w:pPr>
      <w:r w:rsidRPr="00C86A75">
        <w:rPr>
          <w:b/>
          <w:bCs/>
          <w:i/>
          <w:iCs/>
          <w:noProof/>
          <w:color w:val="365F91" w:themeColor="accent1" w:themeShade="BF"/>
        </w:rPr>
        <w:drawing>
          <wp:anchor distT="0" distB="0" distL="114300" distR="114300" simplePos="0" relativeHeight="251664896" behindDoc="1" locked="0" layoutInCell="1" allowOverlap="1" wp14:anchorId="26A1C2A7" wp14:editId="5509501A">
            <wp:simplePos x="0" y="0"/>
            <wp:positionH relativeFrom="column">
              <wp:posOffset>-38100</wp:posOffset>
            </wp:positionH>
            <wp:positionV relativeFrom="paragraph">
              <wp:posOffset>847725</wp:posOffset>
            </wp:positionV>
            <wp:extent cx="5567962" cy="7475220"/>
            <wp:effectExtent l="0" t="0" r="0" b="0"/>
            <wp:wrapNone/>
            <wp:docPr id="69158528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08" cy="747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raster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3408"/>
        <w:gridCol w:w="5010"/>
      </w:tblGrid>
      <w:tr w:rsidR="000B4E2A" w:rsidRPr="00E85F4A" w14:paraId="79B59B7E" w14:textId="77777777" w:rsidTr="00170D24">
        <w:trPr>
          <w:trHeight w:val="307"/>
        </w:trPr>
        <w:tc>
          <w:tcPr>
            <w:tcW w:w="3408" w:type="dxa"/>
          </w:tcPr>
          <w:p w14:paraId="231CB21A" w14:textId="7548AD01" w:rsidR="000B4E2A" w:rsidRPr="000B4E2A" w:rsidRDefault="000B4E2A" w:rsidP="000B4E2A">
            <w:pPr>
              <w:rPr>
                <w:b/>
                <w:bCs/>
                <w:color w:val="365F91" w:themeColor="accent1" w:themeShade="BF"/>
              </w:rPr>
            </w:pPr>
            <w:r>
              <w:rPr>
                <w:rFonts w:ascii="Segoe UI Emoji" w:hAnsi="Segoe UI Emoji" w:cs="Segoe UI Emoji"/>
              </w:rPr>
              <w:t xml:space="preserve"> </w:t>
            </w:r>
            <w:r w:rsidRPr="000B4E2A">
              <w:rPr>
                <w:rFonts w:ascii="Segoe UI Emoji" w:hAnsi="Segoe UI Emoji" w:cs="Segoe UI Emoji"/>
              </w:rPr>
              <w:t>👤</w:t>
            </w:r>
            <w:r w:rsidRPr="000B4E2A">
              <w:t xml:space="preserve"> </w:t>
            </w:r>
            <w:r>
              <w:t xml:space="preserve">   </w:t>
            </w:r>
            <w:r w:rsidRPr="000B4E2A">
              <w:rPr>
                <w:rStyle w:val="Zwaar"/>
              </w:rPr>
              <w:t>Naa</w:t>
            </w:r>
            <w:r>
              <w:rPr>
                <w:rStyle w:val="Zwaar"/>
              </w:rPr>
              <w:t>m</w:t>
            </w:r>
          </w:p>
        </w:tc>
        <w:tc>
          <w:tcPr>
            <w:tcW w:w="5010" w:type="dxa"/>
          </w:tcPr>
          <w:p w14:paraId="1EE95D86" w14:textId="43F98B3F" w:rsidR="000B4E2A" w:rsidRPr="00E85F4A" w:rsidRDefault="000B4E2A" w:rsidP="000B4E2A">
            <w:pPr>
              <w:rPr>
                <w:color w:val="365F91" w:themeColor="accent1" w:themeShade="BF"/>
              </w:rPr>
            </w:pPr>
          </w:p>
        </w:tc>
      </w:tr>
      <w:tr w:rsidR="000B4E2A" w:rsidRPr="00E85F4A" w14:paraId="5B3B8D5D" w14:textId="77777777" w:rsidTr="00170D24">
        <w:trPr>
          <w:trHeight w:val="307"/>
        </w:trPr>
        <w:tc>
          <w:tcPr>
            <w:tcW w:w="3408" w:type="dxa"/>
          </w:tcPr>
          <w:p w14:paraId="471B2B5B" w14:textId="2F76738B" w:rsidR="000B4E2A" w:rsidRPr="00E85F4A" w:rsidRDefault="000B4E2A" w:rsidP="000B4E2A">
            <w:pPr>
              <w:rPr>
                <w:b/>
                <w:bCs/>
                <w:color w:val="365F91" w:themeColor="accent1" w:themeShade="BF"/>
              </w:rPr>
            </w:pPr>
            <w:r w:rsidRPr="009911A4">
              <w:t xml:space="preserve"> </w:t>
            </w:r>
            <w:r w:rsidRPr="009911A4">
              <w:rPr>
                <w:rFonts w:ascii="Segoe UI Emoji" w:hAnsi="Segoe UI Emoji" w:cs="Segoe UI Emoji"/>
              </w:rPr>
              <w:t>📅</w:t>
            </w:r>
            <w:r>
              <w:rPr>
                <w:rFonts w:ascii="Segoe UI Emoji" w:hAnsi="Segoe UI Emoji" w:cs="Segoe UI Emoji"/>
              </w:rPr>
              <w:t xml:space="preserve">  </w:t>
            </w:r>
            <w:proofErr w:type="spellStart"/>
            <w:r w:rsidRPr="009911A4">
              <w:rPr>
                <w:rStyle w:val="Zwaar"/>
              </w:rPr>
              <w:t>Geboortedatum</w:t>
            </w:r>
            <w:proofErr w:type="spellEnd"/>
          </w:p>
        </w:tc>
        <w:tc>
          <w:tcPr>
            <w:tcW w:w="5010" w:type="dxa"/>
          </w:tcPr>
          <w:p w14:paraId="785B2230" w14:textId="575FD4F7" w:rsidR="000B4E2A" w:rsidRPr="00E85F4A" w:rsidRDefault="000B4E2A" w:rsidP="000B4E2A">
            <w:pPr>
              <w:rPr>
                <w:color w:val="365F91" w:themeColor="accent1" w:themeShade="BF"/>
              </w:rPr>
            </w:pPr>
          </w:p>
        </w:tc>
      </w:tr>
      <w:tr w:rsidR="000B4E2A" w:rsidRPr="00E85F4A" w14:paraId="14031E40" w14:textId="77777777" w:rsidTr="00170D24">
        <w:trPr>
          <w:trHeight w:val="307"/>
        </w:trPr>
        <w:tc>
          <w:tcPr>
            <w:tcW w:w="3408" w:type="dxa"/>
          </w:tcPr>
          <w:p w14:paraId="16AB016E" w14:textId="6E3B556A" w:rsidR="000B4E2A" w:rsidRPr="00E85F4A" w:rsidRDefault="000B4E2A" w:rsidP="000B4E2A">
            <w:pPr>
              <w:rPr>
                <w:b/>
                <w:bCs/>
                <w:color w:val="365F91" w:themeColor="accent1" w:themeShade="BF"/>
              </w:rPr>
            </w:pPr>
            <w:r w:rsidRPr="009911A4">
              <w:t xml:space="preserve"> </w:t>
            </w:r>
            <w:r w:rsidRPr="009911A4">
              <w:rPr>
                <w:rFonts w:ascii="Segoe UI Emoji" w:hAnsi="Segoe UI Emoji" w:cs="Segoe UI Emoji"/>
              </w:rPr>
              <w:t>🗓️</w:t>
            </w:r>
            <w:r w:rsidRPr="009911A4">
              <w:t xml:space="preserve"> </w:t>
            </w:r>
            <w:r>
              <w:t xml:space="preserve">  </w:t>
            </w:r>
            <w:proofErr w:type="spellStart"/>
            <w:r w:rsidRPr="009911A4">
              <w:rPr>
                <w:rStyle w:val="Zwaar"/>
              </w:rPr>
              <w:t>Meetperiode</w:t>
            </w:r>
            <w:proofErr w:type="spellEnd"/>
          </w:p>
        </w:tc>
        <w:tc>
          <w:tcPr>
            <w:tcW w:w="5010" w:type="dxa"/>
          </w:tcPr>
          <w:p w14:paraId="396287DE" w14:textId="1279E2D9" w:rsidR="000B4E2A" w:rsidRPr="00E85F4A" w:rsidRDefault="000B4E2A" w:rsidP="000B4E2A">
            <w:pPr>
              <w:rPr>
                <w:color w:val="365F91" w:themeColor="accent1" w:themeShade="BF"/>
              </w:rPr>
            </w:pPr>
          </w:p>
        </w:tc>
      </w:tr>
    </w:tbl>
    <w:p w14:paraId="0A1F0DA3" w14:textId="7C17EED3" w:rsidR="00E85F4A" w:rsidRDefault="00E85F4A">
      <w:pPr>
        <w:rPr>
          <w:b/>
          <w:bCs/>
          <w:color w:val="365F91" w:themeColor="accent1" w:themeShade="BF"/>
        </w:rPr>
      </w:pPr>
    </w:p>
    <w:p w14:paraId="0E4F769A" w14:textId="6F03D802" w:rsidR="00E85F4A" w:rsidRDefault="00E85F4A">
      <w:pPr>
        <w:rPr>
          <w:b/>
          <w:bCs/>
          <w:color w:val="365F91" w:themeColor="accent1" w:themeShade="BF"/>
        </w:rPr>
      </w:pPr>
    </w:p>
    <w:p w14:paraId="397AF723" w14:textId="7EA6AA5A" w:rsidR="00E85F4A" w:rsidRDefault="00E85F4A">
      <w:pPr>
        <w:rPr>
          <w:b/>
          <w:bCs/>
          <w:color w:val="365F91" w:themeColor="accent1" w:themeShade="BF"/>
        </w:rPr>
      </w:pPr>
    </w:p>
    <w:p w14:paraId="51BEB0AE" w14:textId="712FD477" w:rsidR="00E85F4A" w:rsidRDefault="00E85F4A">
      <w:pPr>
        <w:rPr>
          <w:b/>
          <w:bCs/>
          <w:color w:val="365F91" w:themeColor="accent1" w:themeShade="BF"/>
        </w:rPr>
      </w:pPr>
    </w:p>
    <w:p w14:paraId="09A983A0" w14:textId="42E3C56C" w:rsidR="00E85F4A" w:rsidRDefault="00E85F4A">
      <w:pPr>
        <w:rPr>
          <w:b/>
          <w:bCs/>
          <w:color w:val="365F91" w:themeColor="accent1" w:themeShade="BF"/>
        </w:rPr>
      </w:pPr>
    </w:p>
    <w:p w14:paraId="639FE659" w14:textId="06053F32" w:rsidR="00E85F4A" w:rsidRDefault="00E85F4A">
      <w:pPr>
        <w:rPr>
          <w:b/>
          <w:bCs/>
          <w:color w:val="365F91" w:themeColor="accent1" w:themeShade="BF"/>
        </w:rPr>
      </w:pPr>
    </w:p>
    <w:p w14:paraId="35F690D2" w14:textId="6678706E" w:rsidR="00E85F4A" w:rsidRDefault="008E7E90">
      <w:pPr>
        <w:rPr>
          <w:b/>
          <w:bCs/>
          <w:color w:val="365F91" w:themeColor="accent1" w:themeShade="BF"/>
        </w:rPr>
      </w:pPr>
      <w:r>
        <w:rPr>
          <w:noProof/>
          <w:color w:val="365F91" w:themeColor="accent1" w:themeShade="BF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B877E36" wp14:editId="0AD068F3">
                <wp:simplePos x="0" y="0"/>
                <wp:positionH relativeFrom="column">
                  <wp:posOffset>5394960</wp:posOffset>
                </wp:positionH>
                <wp:positionV relativeFrom="paragraph">
                  <wp:posOffset>26670</wp:posOffset>
                </wp:positionV>
                <wp:extent cx="1120140" cy="4686300"/>
                <wp:effectExtent l="0" t="0" r="22860" b="19050"/>
                <wp:wrapNone/>
                <wp:docPr id="1928434011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46863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072E709" w14:textId="2A3D4127" w:rsidR="008E7E90" w:rsidRDefault="008E7E90" w:rsidP="008E7E90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Het eerste cijfer</w:t>
                            </w:r>
                            <w:r w:rsidR="00993151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op het scherm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is de bovendruk</w:t>
                            </w:r>
                          </w:p>
                          <w:p w14:paraId="31418185" w14:textId="1941F7FF" w:rsidR="008E7E90" w:rsidRDefault="008E7E90" w:rsidP="008E7E90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Het cijfer daaronder is de onderdruk</w:t>
                            </w:r>
                          </w:p>
                          <w:p w14:paraId="5F49717D" w14:textId="03C176B0" w:rsidR="008E7E90" w:rsidRDefault="008E7E90" w:rsidP="008E7E90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Het onderste cijfer is de polsmeting, deze waardes kunt u op de volgende bladzijde noteren.</w:t>
                            </w:r>
                          </w:p>
                          <w:p w14:paraId="5315EEC1" w14:textId="77777777" w:rsidR="008E7E90" w:rsidRPr="00FB6227" w:rsidRDefault="008E7E90" w:rsidP="008E7E90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77E36" id="Rechthoek: afgeronde hoeken 2" o:spid="_x0000_s1026" style="position:absolute;margin-left:424.8pt;margin-top:2.1pt;width:88.2pt;height:36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" filled="f" strokecolor="#4f81bd [3204]">
                <v:textbox>
                  <w:txbxContent>
                    <w:p w14:paraId="0072E709" w14:textId="2A3D4127" w:rsidR="008E7E90" w:rsidRDefault="008E7E90" w:rsidP="008E7E90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Het eerste cijfer</w:t>
                      </w:r>
                      <w:r w:rsidR="00993151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op het scherm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is de bovendruk</w:t>
                      </w:r>
                    </w:p>
                    <w:p w14:paraId="31418185" w14:textId="1941F7FF" w:rsidR="008E7E90" w:rsidRDefault="008E7E90" w:rsidP="008E7E90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Het cijfer daaronder is de onderdruk</w:t>
                      </w:r>
                    </w:p>
                    <w:p w14:paraId="5F49717D" w14:textId="03C176B0" w:rsidR="008E7E90" w:rsidRDefault="008E7E90" w:rsidP="008E7E90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Het onderste cijfer is de polsmeting, deze waardes kunt u op de volgende bladzijde noteren.</w:t>
                      </w:r>
                    </w:p>
                    <w:p w14:paraId="5315EEC1" w14:textId="77777777" w:rsidR="008E7E90" w:rsidRPr="00FB6227" w:rsidRDefault="008E7E90" w:rsidP="008E7E90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FC80A2" w14:textId="573C3BBB" w:rsidR="00E85F4A" w:rsidRDefault="00E85F4A">
      <w:pPr>
        <w:rPr>
          <w:b/>
          <w:bCs/>
          <w:color w:val="365F91" w:themeColor="accent1" w:themeShade="BF"/>
        </w:rPr>
      </w:pPr>
    </w:p>
    <w:p w14:paraId="31C7F995" w14:textId="7305E1B4" w:rsidR="00E85F4A" w:rsidRDefault="00E85F4A">
      <w:pPr>
        <w:rPr>
          <w:b/>
          <w:bCs/>
          <w:color w:val="365F91" w:themeColor="accent1" w:themeShade="BF"/>
        </w:rPr>
      </w:pPr>
    </w:p>
    <w:p w14:paraId="0E5E558D" w14:textId="23329485" w:rsidR="00E85F4A" w:rsidRDefault="00E85F4A">
      <w:pPr>
        <w:rPr>
          <w:color w:val="365F91" w:themeColor="accent1" w:themeShade="BF"/>
        </w:rPr>
      </w:pPr>
    </w:p>
    <w:p w14:paraId="1C0DA53A" w14:textId="270B5240" w:rsidR="00C86A75" w:rsidRDefault="00C86A75">
      <w:pPr>
        <w:rPr>
          <w:color w:val="365F91" w:themeColor="accent1" w:themeShade="BF"/>
        </w:rPr>
      </w:pPr>
    </w:p>
    <w:p w14:paraId="5623AC8D" w14:textId="77777777" w:rsidR="00C86A75" w:rsidRDefault="00C86A75">
      <w:pPr>
        <w:rPr>
          <w:color w:val="365F91" w:themeColor="accent1" w:themeShade="BF"/>
        </w:rPr>
      </w:pPr>
    </w:p>
    <w:p w14:paraId="51142B0A" w14:textId="77777777" w:rsidR="00C86A75" w:rsidRDefault="00C86A75">
      <w:pPr>
        <w:rPr>
          <w:color w:val="365F91" w:themeColor="accent1" w:themeShade="BF"/>
        </w:rPr>
      </w:pPr>
    </w:p>
    <w:p w14:paraId="336A9CC2" w14:textId="77777777" w:rsidR="00C86A75" w:rsidRDefault="00C86A75">
      <w:pPr>
        <w:rPr>
          <w:color w:val="365F91" w:themeColor="accent1" w:themeShade="BF"/>
        </w:rPr>
      </w:pPr>
    </w:p>
    <w:p w14:paraId="32B46B89" w14:textId="77777777" w:rsidR="00C86A75" w:rsidRDefault="00C86A75">
      <w:pPr>
        <w:rPr>
          <w:color w:val="365F91" w:themeColor="accent1" w:themeShade="BF"/>
        </w:rPr>
      </w:pPr>
    </w:p>
    <w:p w14:paraId="3DF344A7" w14:textId="77777777" w:rsidR="00C86A75" w:rsidRDefault="00C86A75">
      <w:pPr>
        <w:rPr>
          <w:color w:val="365F91" w:themeColor="accent1" w:themeShade="BF"/>
        </w:rPr>
      </w:pPr>
    </w:p>
    <w:p w14:paraId="0F0C7FC6" w14:textId="77777777" w:rsidR="00C86A75" w:rsidRDefault="00C86A75">
      <w:pPr>
        <w:rPr>
          <w:color w:val="365F91" w:themeColor="accent1" w:themeShade="BF"/>
        </w:rPr>
      </w:pPr>
    </w:p>
    <w:p w14:paraId="1124AAD3" w14:textId="77777777" w:rsidR="00C86A75" w:rsidRDefault="00C86A75">
      <w:pPr>
        <w:rPr>
          <w:color w:val="365F91" w:themeColor="accent1" w:themeShade="BF"/>
        </w:rPr>
      </w:pPr>
    </w:p>
    <w:p w14:paraId="26C26EA0" w14:textId="77777777" w:rsidR="00C86A75" w:rsidRDefault="00C86A75">
      <w:pPr>
        <w:rPr>
          <w:color w:val="365F91" w:themeColor="accent1" w:themeShade="BF"/>
        </w:rPr>
      </w:pPr>
    </w:p>
    <w:p w14:paraId="1CF85006" w14:textId="77777777" w:rsidR="00C86A75" w:rsidRDefault="00C86A75">
      <w:pPr>
        <w:rPr>
          <w:b/>
          <w:bCs/>
          <w:i/>
          <w:iCs/>
          <w:color w:val="365F91" w:themeColor="accent1" w:themeShade="BF"/>
        </w:rPr>
      </w:pPr>
    </w:p>
    <w:p w14:paraId="35326AF2" w14:textId="77777777" w:rsidR="00C86A75" w:rsidRDefault="00C86A75">
      <w:pPr>
        <w:rPr>
          <w:b/>
          <w:bCs/>
          <w:i/>
          <w:iCs/>
          <w:color w:val="365F91" w:themeColor="accent1" w:themeShade="BF"/>
        </w:rPr>
      </w:pPr>
    </w:p>
    <w:p w14:paraId="59320044" w14:textId="765B7DE7" w:rsidR="00C86A75" w:rsidRDefault="00353609">
      <w:pPr>
        <w:rPr>
          <w:b/>
          <w:bCs/>
          <w:i/>
          <w:iCs/>
          <w:color w:val="365F91" w:themeColor="accent1" w:themeShade="BF"/>
        </w:rPr>
      </w:pPr>
      <w:r w:rsidRPr="00353609">
        <w:rPr>
          <w:color w:val="365F91" w:themeColor="accent1" w:themeShade="BF"/>
          <w:lang w:val="nl-NL"/>
        </w:rPr>
        <w:lastRenderedPageBreak/>
        <w:drawing>
          <wp:anchor distT="0" distB="0" distL="114300" distR="114300" simplePos="0" relativeHeight="251675136" behindDoc="1" locked="0" layoutInCell="1" allowOverlap="1" wp14:anchorId="10E08358" wp14:editId="54269F91">
            <wp:simplePos x="0" y="0"/>
            <wp:positionH relativeFrom="column">
              <wp:posOffset>-800100</wp:posOffset>
            </wp:positionH>
            <wp:positionV relativeFrom="paragraph">
              <wp:posOffset>-853440</wp:posOffset>
            </wp:positionV>
            <wp:extent cx="5186680" cy="7825740"/>
            <wp:effectExtent l="0" t="0" r="0" b="3810"/>
            <wp:wrapNone/>
            <wp:docPr id="21711071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B805E" w14:textId="00810CD2" w:rsidR="00353609" w:rsidRPr="00353609" w:rsidRDefault="00353609" w:rsidP="00353609">
      <w:pPr>
        <w:rPr>
          <w:color w:val="365F91" w:themeColor="accent1" w:themeShade="BF"/>
          <w:lang w:val="nl-NL"/>
        </w:rPr>
      </w:pPr>
    </w:p>
    <w:p w14:paraId="7E376376" w14:textId="466E3258" w:rsidR="00B94578" w:rsidRDefault="00B94578">
      <w:pPr>
        <w:rPr>
          <w:color w:val="365F91" w:themeColor="accent1" w:themeShade="BF"/>
        </w:rPr>
      </w:pPr>
    </w:p>
    <w:p w14:paraId="518AAC40" w14:textId="6A950828" w:rsidR="00B94578" w:rsidRDefault="00B94578">
      <w:pPr>
        <w:rPr>
          <w:color w:val="365F91" w:themeColor="accent1" w:themeShade="BF"/>
        </w:rPr>
      </w:pPr>
    </w:p>
    <w:p w14:paraId="05A8D131" w14:textId="634564CA" w:rsidR="00B94578" w:rsidRDefault="00B94578">
      <w:pPr>
        <w:rPr>
          <w:color w:val="365F91" w:themeColor="accent1" w:themeShade="BF"/>
        </w:rPr>
      </w:pPr>
    </w:p>
    <w:p w14:paraId="6B6509C9" w14:textId="0DBE2C72" w:rsidR="00B94578" w:rsidRDefault="00B94578">
      <w:pPr>
        <w:rPr>
          <w:color w:val="365F91" w:themeColor="accent1" w:themeShade="BF"/>
        </w:rPr>
      </w:pPr>
    </w:p>
    <w:p w14:paraId="7E86F0BA" w14:textId="4B3C13E2" w:rsidR="00B94578" w:rsidRPr="00E85F4A" w:rsidRDefault="00B94578">
      <w:pPr>
        <w:rPr>
          <w:color w:val="365F91" w:themeColor="accent1" w:themeShade="BF"/>
        </w:rPr>
      </w:pPr>
    </w:p>
    <w:p w14:paraId="503E7B42" w14:textId="0A1100BA" w:rsidR="00C86A75" w:rsidRDefault="00C86A75">
      <w:pPr>
        <w:rPr>
          <w:color w:val="365F91" w:themeColor="accent1" w:themeShade="BF"/>
        </w:rPr>
      </w:pPr>
    </w:p>
    <w:p w14:paraId="37FBAF60" w14:textId="70BD96A9" w:rsidR="00C86A75" w:rsidRDefault="00C86A75">
      <w:pPr>
        <w:rPr>
          <w:color w:val="365F91" w:themeColor="accent1" w:themeShade="BF"/>
        </w:rPr>
      </w:pPr>
    </w:p>
    <w:p w14:paraId="554E6AF2" w14:textId="0DB3047B" w:rsidR="00C86A75" w:rsidRDefault="00C86A75">
      <w:pPr>
        <w:rPr>
          <w:color w:val="365F91" w:themeColor="accent1" w:themeShade="BF"/>
        </w:rPr>
      </w:pPr>
    </w:p>
    <w:p w14:paraId="3A2B4BE8" w14:textId="297A5C3A" w:rsidR="00C86A75" w:rsidRDefault="00C86A75">
      <w:pPr>
        <w:rPr>
          <w:color w:val="365F91" w:themeColor="accent1" w:themeShade="BF"/>
        </w:rPr>
      </w:pPr>
    </w:p>
    <w:p w14:paraId="257C30EF" w14:textId="3702CEF5" w:rsidR="00C86A75" w:rsidRDefault="00C86A75">
      <w:pPr>
        <w:rPr>
          <w:color w:val="365F91" w:themeColor="accent1" w:themeShade="BF"/>
        </w:rPr>
      </w:pPr>
    </w:p>
    <w:p w14:paraId="204A1CBB" w14:textId="7ADEDD8E" w:rsidR="00C86A75" w:rsidRDefault="00C86A75">
      <w:pPr>
        <w:rPr>
          <w:color w:val="365F91" w:themeColor="accent1" w:themeShade="BF"/>
        </w:rPr>
      </w:pPr>
    </w:p>
    <w:p w14:paraId="7922BFD9" w14:textId="79C78208" w:rsidR="00C86A75" w:rsidRDefault="00C86A75">
      <w:pPr>
        <w:rPr>
          <w:color w:val="365F91" w:themeColor="accent1" w:themeShade="BF"/>
        </w:rPr>
      </w:pPr>
    </w:p>
    <w:p w14:paraId="7FC03D1A" w14:textId="00634619" w:rsidR="00C86A75" w:rsidRDefault="00C86A75">
      <w:pPr>
        <w:rPr>
          <w:color w:val="365F91" w:themeColor="accent1" w:themeShade="BF"/>
        </w:rPr>
      </w:pPr>
    </w:p>
    <w:p w14:paraId="2DA7C5DA" w14:textId="3E9901FB" w:rsidR="00C86A75" w:rsidRDefault="00C86A75">
      <w:pPr>
        <w:rPr>
          <w:color w:val="365F91" w:themeColor="accent1" w:themeShade="BF"/>
        </w:rPr>
      </w:pPr>
    </w:p>
    <w:p w14:paraId="6B5DD600" w14:textId="664DD0F5" w:rsidR="00C86A75" w:rsidRDefault="00C86A75">
      <w:pPr>
        <w:rPr>
          <w:color w:val="365F91" w:themeColor="accent1" w:themeShade="BF"/>
        </w:rPr>
      </w:pPr>
    </w:p>
    <w:p w14:paraId="198A0D4D" w14:textId="1B9D73AB" w:rsidR="00C86A75" w:rsidRDefault="00C86A75">
      <w:pPr>
        <w:rPr>
          <w:color w:val="365F91" w:themeColor="accent1" w:themeShade="BF"/>
        </w:rPr>
      </w:pPr>
    </w:p>
    <w:p w14:paraId="376A91C9" w14:textId="39294697" w:rsidR="00C86A75" w:rsidRDefault="00FB6227">
      <w:pPr>
        <w:rPr>
          <w:color w:val="365F91" w:themeColor="accent1" w:themeShade="BF"/>
        </w:rPr>
      </w:pPr>
      <w:r>
        <w:rPr>
          <w:noProof/>
          <w:color w:val="365F91" w:themeColor="accent1" w:themeShade="BF"/>
        </w:rPr>
        <w:drawing>
          <wp:anchor distT="0" distB="0" distL="114300" distR="114300" simplePos="0" relativeHeight="251676160" behindDoc="1" locked="0" layoutInCell="1" allowOverlap="1" wp14:anchorId="20B9579B" wp14:editId="50E63332">
            <wp:simplePos x="0" y="0"/>
            <wp:positionH relativeFrom="column">
              <wp:posOffset>-756172</wp:posOffset>
            </wp:positionH>
            <wp:positionV relativeFrom="paragraph">
              <wp:posOffset>215265</wp:posOffset>
            </wp:positionV>
            <wp:extent cx="5143500" cy="3241746"/>
            <wp:effectExtent l="0" t="0" r="0" b="0"/>
            <wp:wrapNone/>
            <wp:docPr id="677904508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241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FC30E" w14:textId="27BFABD1" w:rsidR="00C86A75" w:rsidRDefault="004E43E0">
      <w:pPr>
        <w:rPr>
          <w:color w:val="365F91" w:themeColor="accent1" w:themeShade="BF"/>
        </w:rPr>
      </w:pPr>
      <w:r>
        <w:rPr>
          <w:noProof/>
          <w:color w:val="365F91" w:themeColor="accent1" w:themeShade="BF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A0B4A37" wp14:editId="5DC1A85B">
                <wp:simplePos x="0" y="0"/>
                <wp:positionH relativeFrom="column">
                  <wp:posOffset>4587240</wp:posOffset>
                </wp:positionH>
                <wp:positionV relativeFrom="paragraph">
                  <wp:posOffset>5080</wp:posOffset>
                </wp:positionV>
                <wp:extent cx="1813560" cy="2964180"/>
                <wp:effectExtent l="0" t="0" r="15240" b="26670"/>
                <wp:wrapNone/>
                <wp:docPr id="1111940416" name="Rechthoek: afgeronde hoe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29641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59DCF97" w14:textId="77777777" w:rsidR="00DC1D8B" w:rsidRDefault="00AE3D3F" w:rsidP="00AE3D3F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FB6227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U mag de gemiddelde bloeddruk waarden </w:t>
                            </w:r>
                            <w:r w:rsidR="00DC1D8B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zelf uitrekenen en noteren</w:t>
                            </w:r>
                          </w:p>
                          <w:p w14:paraId="63476070" w14:textId="20E0699B" w:rsidR="00AB6E23" w:rsidRDefault="00FB6227" w:rsidP="00AE3D3F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(gemiddeld =</w:t>
                            </w:r>
                            <w:r w:rsidR="00DC1D8B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tel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alle  </w:t>
                            </w:r>
                            <w:r w:rsidR="004E43E0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bloeddruk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metingen bij elkaar op</w:t>
                            </w:r>
                            <w:r w:rsidR="00DC1D8B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en de</w:t>
                            </w:r>
                            <w:r w:rsidR="00DC1D8B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el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r w:rsidR="00D118C6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het 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door het totaal aantal</w:t>
                            </w:r>
                            <w:r w:rsidR="00E277F9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metingen</w:t>
                            </w:r>
                            <w:r w:rsidR="0033380B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. Dit is het gemiddelde</w:t>
                            </w:r>
                            <w:r w:rsidR="00E81ED3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)</w:t>
                            </w:r>
                          </w:p>
                          <w:p w14:paraId="65435FF7" w14:textId="005BAD44" w:rsidR="00AB6E23" w:rsidRDefault="00E81ED3" w:rsidP="00AE3D3F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Doe dit voor de ochtend én</w:t>
                            </w:r>
                            <w:r w:rsidR="00D82CE4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voor 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de</w:t>
                            </w:r>
                            <w:r w:rsidR="00AB6E23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avondmetingen</w:t>
                            </w:r>
                            <w:r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apart</w:t>
                            </w:r>
                            <w:r w:rsidR="00B84489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 xml:space="preserve"> en </w:t>
                            </w:r>
                            <w:r w:rsidR="00502D3F"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  <w:t>noteer dat hiernaast</w:t>
                            </w:r>
                          </w:p>
                          <w:p w14:paraId="5EB18343" w14:textId="64C56104" w:rsidR="00AE3D3F" w:rsidRPr="00FB6227" w:rsidRDefault="00AE3D3F" w:rsidP="00AE3D3F">
                            <w:pPr>
                              <w:jc w:val="center"/>
                              <w:rPr>
                                <w:b/>
                                <w:bCs/>
                                <w:color w:val="17365D" w:themeColor="text2" w:themeShade="BF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B4A37" id="_x0000_s1027" style="position:absolute;margin-left:361.2pt;margin-top:.4pt;width:142.8pt;height:233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" filled="f" strokecolor="#4f81bd [3204]">
                <v:textbox>
                  <w:txbxContent>
                    <w:p w14:paraId="059DCF97" w14:textId="77777777" w:rsidR="00DC1D8B" w:rsidRDefault="00AE3D3F" w:rsidP="00AE3D3F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 w:rsidRPr="00FB6227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U mag de gemiddelde bloeddruk waarden </w:t>
                      </w:r>
                      <w:r w:rsidR="00DC1D8B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zelf uitrekenen en noteren</w:t>
                      </w:r>
                    </w:p>
                    <w:p w14:paraId="63476070" w14:textId="20E0699B" w:rsidR="00AB6E23" w:rsidRDefault="00FB6227" w:rsidP="00AE3D3F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(gemiddeld =</w:t>
                      </w:r>
                      <w:r w:rsidR="00DC1D8B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tel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alle  </w:t>
                      </w:r>
                      <w:r w:rsidR="004E43E0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bloeddruk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metingen bij elkaar op</w:t>
                      </w:r>
                      <w:r w:rsidR="00DC1D8B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en de</w:t>
                      </w:r>
                      <w:r w:rsidR="00DC1D8B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el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r w:rsidR="00D118C6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het 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door het totaal aantal</w:t>
                      </w:r>
                      <w:r w:rsidR="00E277F9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metingen</w:t>
                      </w:r>
                      <w:r w:rsidR="0033380B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. Dit is het gemiddelde</w:t>
                      </w:r>
                      <w:r w:rsidR="00E81ED3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)</w:t>
                      </w:r>
                    </w:p>
                    <w:p w14:paraId="65435FF7" w14:textId="005BAD44" w:rsidR="00AB6E23" w:rsidRDefault="00E81ED3" w:rsidP="00AE3D3F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Doe dit voor de ochtend én</w:t>
                      </w:r>
                      <w:r w:rsidR="00D82CE4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voor 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de</w:t>
                      </w:r>
                      <w:r w:rsidR="00AB6E23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avondmetingen</w:t>
                      </w:r>
                      <w:r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apart</w:t>
                      </w:r>
                      <w:r w:rsidR="00B84489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 xml:space="preserve"> en </w:t>
                      </w:r>
                      <w:r w:rsidR="00502D3F"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  <w:t>noteer dat hiernaast</w:t>
                      </w:r>
                    </w:p>
                    <w:p w14:paraId="5EB18343" w14:textId="64C56104" w:rsidR="00AE3D3F" w:rsidRPr="00FB6227" w:rsidRDefault="00AE3D3F" w:rsidP="00AE3D3F">
                      <w:pPr>
                        <w:jc w:val="center"/>
                        <w:rPr>
                          <w:b/>
                          <w:bCs/>
                          <w:color w:val="17365D" w:themeColor="text2" w:themeShade="BF"/>
                          <w:sz w:val="20"/>
                          <w:szCs w:val="20"/>
                          <w:lang w:val="nl-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42DC89B" w14:textId="378945EB" w:rsidR="00C86A75" w:rsidRDefault="00C86A75">
      <w:pPr>
        <w:rPr>
          <w:color w:val="365F91" w:themeColor="accent1" w:themeShade="BF"/>
        </w:rPr>
      </w:pPr>
    </w:p>
    <w:p w14:paraId="546AFA6D" w14:textId="23DB621C" w:rsidR="00C86A75" w:rsidRDefault="00C86A75">
      <w:pPr>
        <w:rPr>
          <w:color w:val="365F91" w:themeColor="accent1" w:themeShade="BF"/>
        </w:rPr>
      </w:pPr>
    </w:p>
    <w:p w14:paraId="13BEA842" w14:textId="51BC8C1C" w:rsidR="00C86A75" w:rsidRDefault="00C86A75">
      <w:pPr>
        <w:rPr>
          <w:color w:val="365F91" w:themeColor="accent1" w:themeShade="BF"/>
        </w:rPr>
      </w:pPr>
    </w:p>
    <w:p w14:paraId="694B81BB" w14:textId="1A74A58B" w:rsidR="00C86A75" w:rsidRDefault="00C86A75">
      <w:pPr>
        <w:rPr>
          <w:color w:val="365F91" w:themeColor="accent1" w:themeShade="BF"/>
        </w:rPr>
      </w:pPr>
    </w:p>
    <w:p w14:paraId="27D0994B" w14:textId="2E05A0FD" w:rsidR="000B4E2A" w:rsidRDefault="000B4E2A">
      <w:pPr>
        <w:rPr>
          <w:color w:val="365F91" w:themeColor="accent1" w:themeShade="BF"/>
        </w:rPr>
      </w:pPr>
    </w:p>
    <w:p w14:paraId="503727BF" w14:textId="44996B23" w:rsidR="000B4E2A" w:rsidRDefault="00170D24" w:rsidP="00170D24">
      <w:pPr>
        <w:rPr>
          <w:color w:val="365F91" w:themeColor="accent1" w:themeShade="BF"/>
        </w:rPr>
      </w:pPr>
      <w:r>
        <w:rPr>
          <w:color w:val="365F91" w:themeColor="accent1" w:themeShade="BF"/>
        </w:rPr>
        <w:t xml:space="preserve">                                                                                                                                                                 </w:t>
      </w:r>
    </w:p>
    <w:sectPr w:rsidR="000B4E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BE6605"/>
    <w:multiLevelType w:val="hybridMultilevel"/>
    <w:tmpl w:val="3AEA8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844593">
    <w:abstractNumId w:val="8"/>
  </w:num>
  <w:num w:numId="2" w16cid:durableId="1713532421">
    <w:abstractNumId w:val="6"/>
  </w:num>
  <w:num w:numId="3" w16cid:durableId="78913972">
    <w:abstractNumId w:val="5"/>
  </w:num>
  <w:num w:numId="4" w16cid:durableId="375541597">
    <w:abstractNumId w:val="4"/>
  </w:num>
  <w:num w:numId="5" w16cid:durableId="1183012248">
    <w:abstractNumId w:val="7"/>
  </w:num>
  <w:num w:numId="6" w16cid:durableId="97723177">
    <w:abstractNumId w:val="3"/>
  </w:num>
  <w:num w:numId="7" w16cid:durableId="1524514946">
    <w:abstractNumId w:val="2"/>
  </w:num>
  <w:num w:numId="8" w16cid:durableId="764498310">
    <w:abstractNumId w:val="1"/>
  </w:num>
  <w:num w:numId="9" w16cid:durableId="807745747">
    <w:abstractNumId w:val="0"/>
  </w:num>
  <w:num w:numId="10" w16cid:durableId="1591694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4E2A"/>
    <w:rsid w:val="000D1509"/>
    <w:rsid w:val="001013F1"/>
    <w:rsid w:val="001247E0"/>
    <w:rsid w:val="0015074B"/>
    <w:rsid w:val="00170D24"/>
    <w:rsid w:val="001B1144"/>
    <w:rsid w:val="001C6FEC"/>
    <w:rsid w:val="001D3FBB"/>
    <w:rsid w:val="00237034"/>
    <w:rsid w:val="00273960"/>
    <w:rsid w:val="0029639D"/>
    <w:rsid w:val="002C11B7"/>
    <w:rsid w:val="00326F90"/>
    <w:rsid w:val="0033380B"/>
    <w:rsid w:val="00353609"/>
    <w:rsid w:val="00372072"/>
    <w:rsid w:val="003B6766"/>
    <w:rsid w:val="00475769"/>
    <w:rsid w:val="004E43E0"/>
    <w:rsid w:val="00502D3F"/>
    <w:rsid w:val="0059229B"/>
    <w:rsid w:val="005A64DA"/>
    <w:rsid w:val="005E6F95"/>
    <w:rsid w:val="00613C85"/>
    <w:rsid w:val="00622436"/>
    <w:rsid w:val="00661223"/>
    <w:rsid w:val="00664234"/>
    <w:rsid w:val="00697E99"/>
    <w:rsid w:val="006D3AF8"/>
    <w:rsid w:val="00706D68"/>
    <w:rsid w:val="00743A37"/>
    <w:rsid w:val="008140D4"/>
    <w:rsid w:val="00856AFF"/>
    <w:rsid w:val="008635EB"/>
    <w:rsid w:val="008E7E90"/>
    <w:rsid w:val="00993151"/>
    <w:rsid w:val="00AA1D8D"/>
    <w:rsid w:val="00AB6E23"/>
    <w:rsid w:val="00AE3D3F"/>
    <w:rsid w:val="00B06A40"/>
    <w:rsid w:val="00B23DC5"/>
    <w:rsid w:val="00B47730"/>
    <w:rsid w:val="00B84489"/>
    <w:rsid w:val="00B94578"/>
    <w:rsid w:val="00BB6BA5"/>
    <w:rsid w:val="00C857CD"/>
    <w:rsid w:val="00C86A75"/>
    <w:rsid w:val="00CB0664"/>
    <w:rsid w:val="00CC7D70"/>
    <w:rsid w:val="00CD0BC0"/>
    <w:rsid w:val="00D118C6"/>
    <w:rsid w:val="00D273CD"/>
    <w:rsid w:val="00D4338F"/>
    <w:rsid w:val="00D4723A"/>
    <w:rsid w:val="00D82CE4"/>
    <w:rsid w:val="00DC1D8B"/>
    <w:rsid w:val="00DE78E8"/>
    <w:rsid w:val="00DF145C"/>
    <w:rsid w:val="00E014A1"/>
    <w:rsid w:val="00E277F9"/>
    <w:rsid w:val="00E41E7A"/>
    <w:rsid w:val="00E81ED3"/>
    <w:rsid w:val="00E85F4A"/>
    <w:rsid w:val="00F43E5E"/>
    <w:rsid w:val="00F46A48"/>
    <w:rsid w:val="00F6019D"/>
    <w:rsid w:val="00F74020"/>
    <w:rsid w:val="00F97633"/>
    <w:rsid w:val="00FB6227"/>
    <w:rsid w:val="00FC693F"/>
    <w:rsid w:val="00FD742D"/>
    <w:rsid w:val="00FE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1660A"/>
  <w14:defaultImageDpi w14:val="300"/>
  <w15:docId w15:val="{7B45F65D-1BB7-485E-9F25-C3E86D6EE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0FA41E9548744AC50A9A3580724C7" ma:contentTypeVersion="13" ma:contentTypeDescription="Create a new document." ma:contentTypeScope="" ma:versionID="d120ee5571238c0e9d0e5b219e59c9ac">
  <xsd:schema xmlns:xsd="http://www.w3.org/2001/XMLSchema" xmlns:xs="http://www.w3.org/2001/XMLSchema" xmlns:p="http://schemas.microsoft.com/office/2006/metadata/properties" xmlns:ns2="241744ee-63a4-4eb6-b81b-49d965c97b25" xmlns:ns3="29e0a359-cf53-44e4-9397-c98fd1a47f35" targetNamespace="http://schemas.microsoft.com/office/2006/metadata/properties" ma:root="true" ma:fieldsID="3c134aaa4cba080459cf305d490bba9c" ns2:_="" ns3:_="">
    <xsd:import namespace="241744ee-63a4-4eb6-b81b-49d965c97b25"/>
    <xsd:import namespace="29e0a359-cf53-44e4-9397-c98fd1a47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744ee-63a4-4eb6-b81b-49d965c9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7f715dd-4273-44a0-b09a-00fb7bbc0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0a359-cf53-44e4-9397-c98fd1a47f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fa0c5b-efa5-41b2-a82a-8ed006873b88}" ma:internalName="TaxCatchAll" ma:showField="CatchAllData" ma:web="29e0a359-cf53-44e4-9397-c98fd1a47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1744ee-63a4-4eb6-b81b-49d965c97b25">
      <Terms xmlns="http://schemas.microsoft.com/office/infopath/2007/PartnerControls"/>
    </lcf76f155ced4ddcb4097134ff3c332f>
    <TaxCatchAll xmlns="29e0a359-cf53-44e4-9397-c98fd1a47f35" xsi:nil="true"/>
  </documentManagement>
</p:properties>
</file>

<file path=customXml/itemProps1.xml><?xml version="1.0" encoding="utf-8"?>
<ds:datastoreItem xmlns:ds="http://schemas.openxmlformats.org/officeDocument/2006/customXml" ds:itemID="{204A0792-D712-4361-97ED-8C0E09985D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EBF21-A434-4129-856C-847D1799D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744ee-63a4-4eb6-b81b-49d965c97b25"/>
    <ds:schemaRef ds:uri="29e0a359-cf53-44e4-9397-c98fd1a47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54362D-48FD-46CA-882F-B340C3A15E09}">
  <ds:schemaRefs>
    <ds:schemaRef ds:uri="http://schemas.microsoft.com/office/2006/metadata/properties"/>
    <ds:schemaRef ds:uri="http://schemas.microsoft.com/office/infopath/2007/PartnerControls"/>
    <ds:schemaRef ds:uri="241744ee-63a4-4eb6-b81b-49d965c97b25"/>
    <ds:schemaRef ds:uri="29e0a359-cf53-44e4-9397-c98fd1a47f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45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Annalies | Huisartsenmaatschap MCN</cp:lastModifiedBy>
  <cp:revision>16</cp:revision>
  <dcterms:created xsi:type="dcterms:W3CDTF">2026-08-20T15:53:00Z</dcterms:created>
  <dcterms:modified xsi:type="dcterms:W3CDTF">2026-09-07T12:03:00Z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0x0101003D60FA41E9548744AC50A9A3580724C7</vt:lpwstr>
  </property>
  <property fmtid="{D5CDD505-2E9C-101B-9397-08002B2CF9AE}" pid="3" name="MediaServiceImageTags">
    <vt:lpwstr/>
  </property>
</Properties>
</file>